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08BD" w14:textId="77777777" w:rsidR="00043C6F" w:rsidRDefault="00AF7630">
      <w:pPr>
        <w:jc w:val="center"/>
      </w:pPr>
      <w:r>
        <w:rPr>
          <w:noProof/>
          <w:lang w:val="lt-LT" w:eastAsia="lt-LT"/>
        </w:rPr>
        <w:drawing>
          <wp:inline distT="0" distB="0" distL="0" distR="0" wp14:anchorId="6D7B1BD7" wp14:editId="26E7F780">
            <wp:extent cx="5868000" cy="78669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gano_stazuotes_foto_koliazas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68000" cy="7866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3C6F" w:rsidSect="00034616"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8445942">
    <w:abstractNumId w:val="8"/>
  </w:num>
  <w:num w:numId="2" w16cid:durableId="1387875199">
    <w:abstractNumId w:val="6"/>
  </w:num>
  <w:num w:numId="3" w16cid:durableId="1776098427">
    <w:abstractNumId w:val="5"/>
  </w:num>
  <w:num w:numId="4" w16cid:durableId="306976486">
    <w:abstractNumId w:val="4"/>
  </w:num>
  <w:num w:numId="5" w16cid:durableId="718434868">
    <w:abstractNumId w:val="7"/>
  </w:num>
  <w:num w:numId="6" w16cid:durableId="1474592695">
    <w:abstractNumId w:val="3"/>
  </w:num>
  <w:num w:numId="7" w16cid:durableId="508452332">
    <w:abstractNumId w:val="2"/>
  </w:num>
  <w:num w:numId="8" w16cid:durableId="796533069">
    <w:abstractNumId w:val="1"/>
  </w:num>
  <w:num w:numId="9" w16cid:durableId="43258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C6F"/>
    <w:rsid w:val="0006063C"/>
    <w:rsid w:val="0015074B"/>
    <w:rsid w:val="0023494F"/>
    <w:rsid w:val="0029639D"/>
    <w:rsid w:val="00326F90"/>
    <w:rsid w:val="00AA1D8D"/>
    <w:rsid w:val="00AE7C91"/>
    <w:rsid w:val="00AF763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C8E5F"/>
  <w14:defaultImageDpi w14:val="300"/>
  <w15:docId w15:val="{EE098DC1-3138-4929-89AF-2B88A690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pPr>
      <w:spacing w:after="160"/>
    </w:pPr>
    <w:rPr>
      <w:rFonts w:ascii="Aptos" w:hAnsi="Aptos"/>
      <w:sz w:val="21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AF65A4-F4C9-4AF0-B646-3C67053C2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</Words>
  <Characters>1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DAIVA PEČIUKĖNIENĖ</cp:lastModifiedBy>
  <cp:revision>4</cp:revision>
  <dcterms:created xsi:type="dcterms:W3CDTF">2026-10-12T07:10:00Z</dcterms:created>
  <dcterms:modified xsi:type="dcterms:W3CDTF">2026-10-12T08:06:00Z</dcterms:modified>
  <cp:category/>
</cp:coreProperties>
</file>